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243" w:rsidRPr="00480DF9" w:rsidRDefault="00040278" w:rsidP="00480DF9">
      <w:pPr>
        <w:spacing w:line="0" w:lineRule="atLeast"/>
        <w:jc w:val="center"/>
        <w:rPr>
          <w:rFonts w:ascii="標楷體" w:eastAsia="標楷體" w:hAnsi="標楷體"/>
          <w:lang w:eastAsia="zh-TW"/>
        </w:rPr>
      </w:pPr>
      <w:proofErr w:type="gramStart"/>
      <w:r w:rsidRPr="00480DF9">
        <w:rPr>
          <w:rFonts w:ascii="標楷體" w:eastAsia="標楷體" w:hAnsi="標楷體"/>
          <w:b/>
          <w:sz w:val="32"/>
          <w:lang w:eastAsia="zh-TW"/>
        </w:rPr>
        <w:t>臺</w:t>
      </w:r>
      <w:proofErr w:type="gramEnd"/>
      <w:r w:rsidRPr="00480DF9">
        <w:rPr>
          <w:rFonts w:ascii="標楷體" w:eastAsia="標楷體" w:hAnsi="標楷體"/>
          <w:b/>
          <w:sz w:val="32"/>
          <w:lang w:eastAsia="zh-TW"/>
        </w:rPr>
        <w:t>中市</w:t>
      </w:r>
      <w:proofErr w:type="gramStart"/>
      <w:r w:rsidRPr="00480DF9">
        <w:rPr>
          <w:rFonts w:ascii="標楷體" w:eastAsia="標楷體" w:hAnsi="標楷體"/>
          <w:b/>
          <w:sz w:val="32"/>
          <w:lang w:eastAsia="zh-TW"/>
        </w:rPr>
        <w:t>大肚區山陽國民</w:t>
      </w:r>
      <w:proofErr w:type="gramEnd"/>
      <w:r w:rsidRPr="00480DF9">
        <w:rPr>
          <w:rFonts w:ascii="標楷體" w:eastAsia="標楷體" w:hAnsi="標楷體"/>
          <w:b/>
          <w:sz w:val="32"/>
          <w:lang w:eastAsia="zh-TW"/>
        </w:rPr>
        <w:t>小學</w:t>
      </w:r>
    </w:p>
    <w:p w:rsidR="00841243" w:rsidRPr="00480DF9" w:rsidRDefault="00040278" w:rsidP="00480DF9">
      <w:pPr>
        <w:spacing w:line="0" w:lineRule="atLeast"/>
        <w:jc w:val="center"/>
        <w:rPr>
          <w:rFonts w:ascii="標楷體" w:eastAsia="標楷體" w:hAnsi="標楷體"/>
          <w:lang w:eastAsia="zh-TW"/>
        </w:rPr>
      </w:pPr>
      <w:r w:rsidRPr="00480DF9">
        <w:rPr>
          <w:rFonts w:ascii="標楷體" w:eastAsia="標楷體" w:hAnsi="標楷體"/>
          <w:b/>
          <w:sz w:val="36"/>
          <w:lang w:eastAsia="zh-TW"/>
        </w:rPr>
        <w:t>行前通知單</w:t>
      </w:r>
    </w:p>
    <w:p w:rsidR="00480DF9" w:rsidRDefault="00040278" w:rsidP="00480DF9">
      <w:pPr>
        <w:spacing w:line="0" w:lineRule="atLeast"/>
        <w:rPr>
          <w:rFonts w:ascii="標楷體" w:eastAsia="標楷體" w:hAnsi="標楷體"/>
          <w:sz w:val="32"/>
          <w:lang w:eastAsia="zh-TW"/>
        </w:rPr>
      </w:pPr>
      <w:r w:rsidRPr="00480DF9">
        <w:rPr>
          <w:rFonts w:ascii="標楷體" w:eastAsia="標楷體" w:hAnsi="標楷體"/>
          <w:sz w:val="32"/>
          <w:lang w:eastAsia="zh-TW"/>
        </w:rPr>
        <w:t>親愛的學員您好：</w:t>
      </w:r>
      <w:r w:rsidRPr="00480DF9">
        <w:rPr>
          <w:rFonts w:ascii="標楷體" w:eastAsia="標楷體" w:hAnsi="標楷體"/>
          <w:sz w:val="32"/>
          <w:lang w:eastAsia="zh-TW"/>
        </w:rPr>
        <w:br/>
        <w:t>感謝您報名參加「</w:t>
      </w:r>
      <w:r w:rsidR="00D03555" w:rsidRPr="009141FA">
        <w:rPr>
          <w:rFonts w:ascii="標楷體" w:eastAsia="標楷體" w:hAnsi="標楷體" w:cs="新細明體"/>
          <w:bCs/>
          <w:sz w:val="32"/>
          <w:szCs w:val="36"/>
          <w:lang w:eastAsia="zh-TW"/>
        </w:rPr>
        <w:t>葫蘆</w:t>
      </w:r>
      <w:proofErr w:type="gramStart"/>
      <w:r w:rsidR="00D03555" w:rsidRPr="009141FA">
        <w:rPr>
          <w:rFonts w:ascii="標楷體" w:eastAsia="標楷體" w:hAnsi="標楷體" w:cs="新細明體"/>
          <w:bCs/>
          <w:sz w:val="32"/>
          <w:szCs w:val="36"/>
          <w:lang w:eastAsia="zh-TW"/>
        </w:rPr>
        <w:t>墩</w:t>
      </w:r>
      <w:proofErr w:type="gramEnd"/>
      <w:r w:rsidR="00D03555" w:rsidRPr="009141FA">
        <w:rPr>
          <w:rFonts w:ascii="標楷體" w:eastAsia="標楷體" w:hAnsi="標楷體" w:cs="新細明體"/>
          <w:bCs/>
          <w:sz w:val="32"/>
          <w:szCs w:val="36"/>
          <w:lang w:eastAsia="zh-TW"/>
        </w:rPr>
        <w:t>經典</w:t>
      </w:r>
      <w:proofErr w:type="gramStart"/>
      <w:r w:rsidR="00D03555" w:rsidRPr="009141FA">
        <w:rPr>
          <w:rFonts w:ascii="標楷體" w:eastAsia="標楷體" w:hAnsi="標楷體" w:cs="新細明體"/>
          <w:bCs/>
          <w:sz w:val="32"/>
          <w:szCs w:val="36"/>
          <w:lang w:eastAsia="zh-TW"/>
        </w:rPr>
        <w:t>小走</w:t>
      </w:r>
      <w:proofErr w:type="gramEnd"/>
      <w:r w:rsidR="00D03555" w:rsidRPr="009141FA">
        <w:rPr>
          <w:rFonts w:ascii="標楷體" w:eastAsia="標楷體" w:hAnsi="標楷體" w:cs="新細明體"/>
          <w:bCs/>
          <w:sz w:val="32"/>
          <w:szCs w:val="36"/>
          <w:lang w:eastAsia="zh-TW"/>
        </w:rPr>
        <w:t>讀~從頂街出發</w:t>
      </w:r>
      <w:r w:rsidRPr="00480DF9">
        <w:rPr>
          <w:rFonts w:ascii="標楷體" w:eastAsia="標楷體" w:hAnsi="標楷體"/>
          <w:sz w:val="32"/>
          <w:lang w:eastAsia="zh-TW"/>
        </w:rPr>
        <w:t>」活動，為了讓活動順利進行，敬請留意以下事項：</w:t>
      </w:r>
      <w:r w:rsidRPr="00480DF9">
        <w:rPr>
          <w:rFonts w:ascii="標楷體" w:eastAsia="標楷體" w:hAnsi="標楷體"/>
          <w:sz w:val="32"/>
          <w:lang w:eastAsia="zh-TW"/>
        </w:rPr>
        <w:br/>
        <w:t>一、活動時間</w:t>
      </w:r>
      <w:r w:rsidRPr="00480DF9">
        <w:rPr>
          <w:rFonts w:ascii="標楷體" w:eastAsia="標楷體" w:hAnsi="標楷體"/>
          <w:sz w:val="32"/>
          <w:lang w:eastAsia="zh-TW"/>
        </w:rPr>
        <w:br/>
      </w:r>
      <w:r w:rsidRPr="00480DF9">
        <w:rPr>
          <w:rFonts w:ascii="Segoe UI Emoji" w:eastAsia="標楷體" w:hAnsi="Segoe UI Emoji" w:cs="Segoe UI Emoji"/>
          <w:sz w:val="32"/>
          <w:lang w:eastAsia="zh-TW"/>
        </w:rPr>
        <w:t>📅</w:t>
      </w:r>
      <w:r w:rsidRPr="00480DF9">
        <w:rPr>
          <w:rFonts w:ascii="標楷體" w:eastAsia="標楷體" w:hAnsi="標楷體"/>
          <w:sz w:val="32"/>
          <w:lang w:eastAsia="zh-TW"/>
        </w:rPr>
        <w:t xml:space="preserve"> 日期：11</w:t>
      </w:r>
      <w:r w:rsidR="00D03555">
        <w:rPr>
          <w:rFonts w:ascii="標楷體" w:eastAsia="標楷體" w:hAnsi="標楷體"/>
          <w:sz w:val="32"/>
          <w:lang w:eastAsia="zh-TW"/>
        </w:rPr>
        <w:t>5</w:t>
      </w:r>
      <w:r w:rsidRPr="00480DF9">
        <w:rPr>
          <w:rFonts w:ascii="標楷體" w:eastAsia="標楷體" w:hAnsi="標楷體"/>
          <w:sz w:val="32"/>
          <w:lang w:eastAsia="zh-TW"/>
        </w:rPr>
        <w:t>年10月</w:t>
      </w:r>
      <w:r w:rsidR="00D03555">
        <w:rPr>
          <w:rFonts w:ascii="標楷體" w:eastAsia="標楷體" w:hAnsi="標楷體"/>
          <w:sz w:val="32"/>
          <w:lang w:eastAsia="zh-TW"/>
        </w:rPr>
        <w:t>3</w:t>
      </w:r>
      <w:r w:rsidRPr="00480DF9">
        <w:rPr>
          <w:rFonts w:ascii="標楷體" w:eastAsia="標楷體" w:hAnsi="標楷體"/>
          <w:sz w:val="32"/>
          <w:lang w:eastAsia="zh-TW"/>
        </w:rPr>
        <w:t>日（星期六）</w:t>
      </w:r>
      <w:r w:rsidRPr="00480DF9">
        <w:rPr>
          <w:rFonts w:ascii="標楷體" w:eastAsia="標楷體" w:hAnsi="標楷體"/>
          <w:sz w:val="32"/>
          <w:lang w:eastAsia="zh-TW"/>
        </w:rPr>
        <w:br/>
      </w:r>
      <w:r w:rsidRPr="00480DF9">
        <w:rPr>
          <w:rFonts w:ascii="Segoe UI Emoji" w:eastAsia="標楷體" w:hAnsi="Segoe UI Emoji" w:cs="Segoe UI Emoji"/>
          <w:sz w:val="32"/>
          <w:lang w:eastAsia="zh-TW"/>
        </w:rPr>
        <w:t>🕘</w:t>
      </w:r>
      <w:r w:rsidRPr="00480DF9">
        <w:rPr>
          <w:rFonts w:ascii="標楷體" w:eastAsia="標楷體" w:hAnsi="標楷體"/>
          <w:sz w:val="32"/>
          <w:lang w:eastAsia="zh-TW"/>
        </w:rPr>
        <w:t xml:space="preserve"> 時間：上午</w:t>
      </w:r>
      <w:r w:rsidR="00D03555">
        <w:rPr>
          <w:rFonts w:ascii="標楷體" w:eastAsia="標楷體" w:hAnsi="標楷體" w:hint="eastAsia"/>
          <w:sz w:val="32"/>
          <w:lang w:eastAsia="zh-TW"/>
        </w:rPr>
        <w:t>9</w:t>
      </w:r>
      <w:r w:rsidRPr="00480DF9">
        <w:rPr>
          <w:rFonts w:ascii="標楷體" w:eastAsia="標楷體" w:hAnsi="標楷體"/>
          <w:sz w:val="32"/>
          <w:lang w:eastAsia="zh-TW"/>
        </w:rPr>
        <w:t>：</w:t>
      </w:r>
      <w:r w:rsidR="00D03555">
        <w:rPr>
          <w:rFonts w:ascii="標楷體" w:eastAsia="標楷體" w:hAnsi="標楷體" w:hint="eastAsia"/>
          <w:sz w:val="32"/>
          <w:lang w:eastAsia="zh-TW"/>
        </w:rPr>
        <w:t>0</w:t>
      </w:r>
      <w:r w:rsidRPr="00480DF9">
        <w:rPr>
          <w:rFonts w:ascii="標楷體" w:eastAsia="標楷體" w:hAnsi="標楷體"/>
          <w:sz w:val="32"/>
          <w:lang w:eastAsia="zh-TW"/>
        </w:rPr>
        <w:t>0至下午</w:t>
      </w:r>
      <w:r w:rsidR="00D03555">
        <w:rPr>
          <w:rFonts w:ascii="標楷體" w:eastAsia="標楷體" w:hAnsi="標楷體" w:hint="eastAsia"/>
          <w:sz w:val="32"/>
          <w:lang w:eastAsia="zh-TW"/>
        </w:rPr>
        <w:t>4</w:t>
      </w:r>
      <w:r w:rsidRPr="00480DF9">
        <w:rPr>
          <w:rFonts w:ascii="標楷體" w:eastAsia="標楷體" w:hAnsi="標楷體"/>
          <w:sz w:val="32"/>
          <w:lang w:eastAsia="zh-TW"/>
        </w:rPr>
        <w:t>：00</w:t>
      </w:r>
      <w:r w:rsidRPr="00480DF9">
        <w:rPr>
          <w:rFonts w:ascii="標楷體" w:eastAsia="標楷體" w:hAnsi="標楷體"/>
          <w:sz w:val="32"/>
          <w:lang w:eastAsia="zh-TW"/>
        </w:rPr>
        <w:br/>
      </w:r>
    </w:p>
    <w:p w:rsidR="00480DF9" w:rsidRDefault="00040278" w:rsidP="00480DF9">
      <w:pPr>
        <w:spacing w:line="0" w:lineRule="atLeast"/>
        <w:rPr>
          <w:rFonts w:ascii="標楷體" w:eastAsia="標楷體" w:hAnsi="標楷體"/>
          <w:sz w:val="32"/>
          <w:lang w:eastAsia="zh-TW"/>
        </w:rPr>
      </w:pPr>
      <w:r w:rsidRPr="00480DF9">
        <w:rPr>
          <w:rFonts w:ascii="標楷體" w:eastAsia="標楷體" w:hAnsi="標楷體"/>
          <w:sz w:val="32"/>
          <w:lang w:eastAsia="zh-TW"/>
        </w:rPr>
        <w:t>二、集合地點</w:t>
      </w:r>
      <w:r w:rsidRPr="00480DF9">
        <w:rPr>
          <w:rFonts w:ascii="標楷體" w:eastAsia="標楷體" w:hAnsi="標楷體"/>
          <w:sz w:val="32"/>
          <w:lang w:eastAsia="zh-TW"/>
        </w:rPr>
        <w:br/>
      </w:r>
      <w:r w:rsidRPr="00480DF9">
        <w:rPr>
          <w:rFonts w:ascii="Segoe UI Emoji" w:eastAsia="標楷體" w:hAnsi="Segoe UI Emoji" w:cs="Segoe UI Emoji"/>
          <w:sz w:val="32"/>
          <w:shd w:val="pct15" w:color="auto" w:fill="FFFFFF"/>
          <w:lang w:eastAsia="zh-TW"/>
        </w:rPr>
        <w:t>📍</w:t>
      </w:r>
      <w:r w:rsidRPr="00480DF9">
        <w:rPr>
          <w:rFonts w:ascii="標楷體" w:eastAsia="標楷體" w:hAnsi="標楷體"/>
          <w:sz w:val="32"/>
          <w:shd w:val="pct15" w:color="auto" w:fill="FFFFFF"/>
          <w:lang w:eastAsia="zh-TW"/>
        </w:rPr>
        <w:t xml:space="preserve"> </w:t>
      </w:r>
      <w:r w:rsidR="00480DF9" w:rsidRPr="00480DF9">
        <w:rPr>
          <w:rFonts w:ascii="標楷體" w:eastAsia="標楷體" w:hAnsi="標楷體"/>
          <w:sz w:val="32"/>
          <w:shd w:val="pct15" w:color="auto" w:fill="FFFFFF"/>
          <w:lang w:eastAsia="zh-TW"/>
        </w:rPr>
        <w:t>8:</w:t>
      </w:r>
      <w:r w:rsidR="00D03555">
        <w:rPr>
          <w:rFonts w:ascii="標楷體" w:eastAsia="標楷體" w:hAnsi="標楷體"/>
          <w:sz w:val="32"/>
          <w:shd w:val="pct15" w:color="auto" w:fill="FFFFFF"/>
          <w:lang w:eastAsia="zh-TW"/>
        </w:rPr>
        <w:t>40</w:t>
      </w:r>
      <w:proofErr w:type="gramStart"/>
      <w:r w:rsidRPr="00480DF9">
        <w:rPr>
          <w:rFonts w:ascii="標楷體" w:eastAsia="標楷體" w:hAnsi="標楷體"/>
          <w:sz w:val="32"/>
          <w:shd w:val="pct15" w:color="auto" w:fill="FFFFFF"/>
          <w:lang w:eastAsia="zh-TW"/>
        </w:rPr>
        <w:t>山陽國小</w:t>
      </w:r>
      <w:proofErr w:type="gramEnd"/>
      <w:r w:rsidRPr="00480DF9">
        <w:rPr>
          <w:rFonts w:ascii="標楷體" w:eastAsia="標楷體" w:hAnsi="標楷體"/>
          <w:sz w:val="32"/>
          <w:shd w:val="pct15" w:color="auto" w:fill="FFFFFF"/>
          <w:lang w:eastAsia="zh-TW"/>
        </w:rPr>
        <w:t>校門口（遊覽車統一出發）</w:t>
      </w:r>
      <w:r w:rsidRPr="00480DF9">
        <w:rPr>
          <w:rFonts w:ascii="標楷體" w:eastAsia="標楷體" w:hAnsi="標楷體"/>
          <w:sz w:val="32"/>
          <w:shd w:val="pct15" w:color="auto" w:fill="FFFFFF"/>
          <w:lang w:eastAsia="zh-TW"/>
        </w:rPr>
        <w:br/>
      </w:r>
    </w:p>
    <w:p w:rsidR="00D03555" w:rsidRDefault="00040278" w:rsidP="00D03555">
      <w:pPr>
        <w:spacing w:line="0" w:lineRule="atLeast"/>
        <w:rPr>
          <w:rFonts w:ascii="標楷體" w:eastAsia="標楷體" w:hAnsi="標楷體"/>
          <w:sz w:val="32"/>
          <w:lang w:eastAsia="zh-TW"/>
        </w:rPr>
      </w:pPr>
      <w:r w:rsidRPr="00480DF9">
        <w:rPr>
          <w:rFonts w:ascii="標楷體" w:eastAsia="標楷體" w:hAnsi="標楷體"/>
          <w:sz w:val="32"/>
          <w:lang w:eastAsia="zh-TW"/>
        </w:rPr>
        <w:t>三、活動地點</w:t>
      </w:r>
      <w:r w:rsidRPr="00480DF9">
        <w:rPr>
          <w:rFonts w:ascii="標楷體" w:eastAsia="標楷體" w:hAnsi="標楷體"/>
          <w:sz w:val="32"/>
          <w:lang w:eastAsia="zh-TW"/>
        </w:rPr>
        <w:br/>
      </w:r>
      <w:proofErr w:type="gramStart"/>
      <w:r w:rsidR="00D03555" w:rsidRPr="00D03555">
        <w:rPr>
          <w:rFonts w:ascii="標楷體" w:eastAsia="標楷體" w:hAnsi="標楷體" w:hint="eastAsia"/>
          <w:sz w:val="32"/>
          <w:lang w:eastAsia="zh-TW"/>
        </w:rPr>
        <w:t>山陽國小</w:t>
      </w:r>
      <w:proofErr w:type="gramEnd"/>
      <w:r w:rsidR="00D03555" w:rsidRPr="00D03555">
        <w:rPr>
          <w:rFonts w:ascii="標楷體" w:eastAsia="標楷體" w:hAnsi="標楷體"/>
          <w:sz w:val="32"/>
          <w:lang w:eastAsia="zh-TW"/>
        </w:rPr>
        <w:sym w:font="Wingdings" w:char="F0E0"/>
      </w:r>
      <w:r w:rsidR="00D03555" w:rsidRPr="00D03555">
        <w:rPr>
          <w:rFonts w:ascii="標楷體" w:eastAsia="標楷體" w:hAnsi="標楷體" w:hint="eastAsia"/>
          <w:sz w:val="32"/>
          <w:lang w:eastAsia="zh-TW"/>
        </w:rPr>
        <w:t>頂街派出所</w:t>
      </w:r>
      <w:r w:rsidR="00D03555" w:rsidRPr="00D03555">
        <w:rPr>
          <w:rFonts w:ascii="標楷體" w:eastAsia="標楷體" w:hAnsi="標楷體"/>
          <w:sz w:val="32"/>
          <w:lang w:eastAsia="zh-TW"/>
        </w:rPr>
        <w:sym w:font="Wingdings" w:char="F0E0"/>
      </w:r>
      <w:r w:rsidR="00D03555" w:rsidRPr="00D03555">
        <w:rPr>
          <w:rFonts w:ascii="標楷體" w:eastAsia="標楷體" w:hAnsi="標楷體" w:hint="eastAsia"/>
          <w:sz w:val="32"/>
          <w:lang w:eastAsia="zh-TW"/>
        </w:rPr>
        <w:t>葫蘆墩圳</w:t>
      </w:r>
      <w:proofErr w:type="gramStart"/>
      <w:r w:rsidR="00D03555" w:rsidRPr="00D03555">
        <w:rPr>
          <w:rFonts w:ascii="標楷體" w:eastAsia="標楷體" w:hAnsi="標楷體" w:hint="eastAsia"/>
          <w:sz w:val="32"/>
          <w:lang w:eastAsia="zh-TW"/>
        </w:rPr>
        <w:t>水岸花</w:t>
      </w:r>
      <w:proofErr w:type="gramEnd"/>
      <w:r w:rsidR="00D03555" w:rsidRPr="00D03555">
        <w:rPr>
          <w:rFonts w:ascii="標楷體" w:eastAsia="標楷體" w:hAnsi="標楷體" w:hint="eastAsia"/>
          <w:sz w:val="32"/>
          <w:lang w:eastAsia="zh-TW"/>
        </w:rPr>
        <w:t>都</w:t>
      </w:r>
      <w:r w:rsidR="00D03555" w:rsidRPr="00D03555">
        <w:rPr>
          <w:rFonts w:ascii="標楷體" w:eastAsia="標楷體" w:hAnsi="標楷體"/>
          <w:sz w:val="32"/>
          <w:lang w:eastAsia="zh-TW"/>
        </w:rPr>
        <w:sym w:font="Wingdings" w:char="F0E0"/>
      </w:r>
      <w:r w:rsidR="00D03555" w:rsidRPr="00D03555">
        <w:rPr>
          <w:rFonts w:ascii="標楷體" w:eastAsia="標楷體" w:hAnsi="標楷體" w:hint="eastAsia"/>
          <w:sz w:val="32"/>
          <w:lang w:eastAsia="zh-TW"/>
        </w:rPr>
        <w:t>老雪花齋</w:t>
      </w:r>
      <w:r w:rsidR="00D03555">
        <w:rPr>
          <w:rFonts w:ascii="標楷體" w:eastAsia="標楷體" w:hAnsi="標楷體" w:hint="eastAsia"/>
          <w:sz w:val="32"/>
          <w:lang w:eastAsia="zh-TW"/>
        </w:rPr>
        <w:t>(品嘗特產綠豆碰</w:t>
      </w:r>
      <w:r w:rsidR="00D03555">
        <w:rPr>
          <w:rFonts w:ascii="標楷體" w:eastAsia="標楷體" w:hAnsi="標楷體"/>
          <w:sz w:val="32"/>
          <w:lang w:eastAsia="zh-TW"/>
        </w:rPr>
        <w:t>)</w:t>
      </w:r>
    </w:p>
    <w:p w:rsidR="00480DF9" w:rsidRDefault="00D03555" w:rsidP="00D03555">
      <w:pPr>
        <w:spacing w:line="0" w:lineRule="atLeast"/>
        <w:rPr>
          <w:rFonts w:ascii="標楷體" w:eastAsia="標楷體" w:hAnsi="標楷體"/>
          <w:sz w:val="32"/>
          <w:lang w:eastAsia="zh-TW"/>
        </w:rPr>
      </w:pPr>
      <w:r w:rsidRPr="00D03555">
        <w:rPr>
          <w:rFonts w:ascii="標楷體" w:eastAsia="標楷體" w:hAnsi="標楷體"/>
          <w:sz w:val="32"/>
          <w:lang w:eastAsia="zh-TW"/>
        </w:rPr>
        <w:sym w:font="Wingdings" w:char="F0E0"/>
      </w:r>
      <w:proofErr w:type="gramStart"/>
      <w:r w:rsidRPr="00D03555">
        <w:rPr>
          <w:rFonts w:ascii="標楷體" w:eastAsia="標楷體" w:hAnsi="標楷體" w:hint="eastAsia"/>
          <w:sz w:val="32"/>
          <w:lang w:eastAsia="zh-TW"/>
        </w:rPr>
        <w:t>墩腳遺址</w:t>
      </w:r>
      <w:proofErr w:type="gramEnd"/>
      <w:r w:rsidRPr="00D03555">
        <w:rPr>
          <w:rFonts w:ascii="標楷體" w:eastAsia="標楷體" w:hAnsi="標楷體"/>
          <w:sz w:val="32"/>
          <w:lang w:eastAsia="zh-TW"/>
        </w:rPr>
        <w:sym w:font="Wingdings" w:char="F0E0"/>
      </w:r>
      <w:r w:rsidRPr="00D03555">
        <w:rPr>
          <w:rFonts w:ascii="標楷體" w:eastAsia="標楷體" w:hAnsi="標楷體" w:hint="eastAsia"/>
          <w:sz w:val="32"/>
          <w:lang w:eastAsia="zh-TW"/>
        </w:rPr>
        <w:t>廟東</w:t>
      </w:r>
      <w:r>
        <w:rPr>
          <w:rFonts w:ascii="標楷體" w:eastAsia="標楷體" w:hAnsi="標楷體" w:hint="eastAsia"/>
          <w:sz w:val="32"/>
          <w:lang w:eastAsia="zh-TW"/>
        </w:rPr>
        <w:t>(午餐自理</w:t>
      </w:r>
      <w:r>
        <w:rPr>
          <w:rFonts w:ascii="標楷體" w:eastAsia="標楷體" w:hAnsi="標楷體"/>
          <w:sz w:val="32"/>
          <w:lang w:eastAsia="zh-TW"/>
        </w:rPr>
        <w:t>)</w:t>
      </w:r>
      <w:r w:rsidRPr="00D03555">
        <w:rPr>
          <w:rFonts w:ascii="標楷體" w:eastAsia="標楷體" w:hAnsi="標楷體"/>
          <w:sz w:val="32"/>
          <w:lang w:eastAsia="zh-TW"/>
        </w:rPr>
        <w:sym w:font="Wingdings" w:char="F0E0"/>
      </w:r>
      <w:r w:rsidRPr="00D03555">
        <w:rPr>
          <w:rFonts w:ascii="標楷體" w:eastAsia="標楷體" w:hAnsi="標楷體" w:hint="eastAsia"/>
          <w:sz w:val="32"/>
          <w:lang w:eastAsia="zh-TW"/>
        </w:rPr>
        <w:t>豐原慈濟宮</w:t>
      </w:r>
      <w:r w:rsidRPr="00D03555">
        <w:rPr>
          <w:rFonts w:ascii="標楷體" w:eastAsia="標楷體" w:hAnsi="標楷體"/>
          <w:sz w:val="32"/>
          <w:lang w:eastAsia="zh-TW"/>
        </w:rPr>
        <w:sym w:font="Wingdings" w:char="F0E0"/>
      </w:r>
      <w:r w:rsidRPr="00D03555">
        <w:rPr>
          <w:rFonts w:ascii="標楷體" w:eastAsia="標楷體" w:hAnsi="標楷體" w:hint="eastAsia"/>
          <w:sz w:val="32"/>
          <w:lang w:eastAsia="zh-TW"/>
        </w:rPr>
        <w:t>后里馬場與</w:t>
      </w:r>
      <w:proofErr w:type="gramStart"/>
      <w:r w:rsidRPr="00D03555">
        <w:rPr>
          <w:rFonts w:ascii="標楷體" w:eastAsia="標楷體" w:hAnsi="標楷體" w:hint="eastAsia"/>
          <w:sz w:val="32"/>
          <w:lang w:eastAsia="zh-TW"/>
        </w:rPr>
        <w:t>毘廬寺</w:t>
      </w:r>
      <w:proofErr w:type="gramEnd"/>
      <w:r>
        <w:rPr>
          <w:rFonts w:ascii="標楷體" w:eastAsia="標楷體" w:hAnsi="標楷體" w:hint="eastAsia"/>
          <w:sz w:val="32"/>
          <w:lang w:eastAsia="zh-TW"/>
        </w:rPr>
        <w:t>(備案</w:t>
      </w:r>
      <w:r>
        <w:rPr>
          <w:rFonts w:ascii="標楷體" w:eastAsia="標楷體" w:hAnsi="標楷體"/>
          <w:sz w:val="32"/>
          <w:lang w:eastAsia="zh-TW"/>
        </w:rPr>
        <w:t>)</w:t>
      </w:r>
      <w:r w:rsidRPr="00D03555">
        <w:rPr>
          <w:rFonts w:ascii="標楷體" w:eastAsia="標楷體" w:hAnsi="標楷體"/>
          <w:sz w:val="32"/>
          <w:lang w:eastAsia="zh-TW"/>
        </w:rPr>
        <w:sym w:font="Wingdings" w:char="F0E0"/>
      </w:r>
      <w:r w:rsidR="00AF3E66" w:rsidRPr="00AF3E66">
        <w:rPr>
          <w:rFonts w:ascii="標楷體" w:eastAsia="標楷體" w:hAnsi="標楷體" w:hint="eastAsia"/>
          <w:sz w:val="32"/>
          <w:lang w:eastAsia="zh-TW"/>
        </w:rPr>
        <w:t>后里區公所</w:t>
      </w:r>
      <w:r w:rsidR="00AF3E66" w:rsidRPr="00AF3E66">
        <w:rPr>
          <w:rFonts w:ascii="標楷體" w:eastAsia="標楷體" w:hAnsi="標楷體"/>
          <w:sz w:val="32"/>
          <w:lang w:eastAsia="zh-TW"/>
        </w:rPr>
        <w:sym w:font="Wingdings" w:char="F0E0"/>
      </w:r>
      <w:r w:rsidRPr="00D03555">
        <w:rPr>
          <w:rFonts w:ascii="標楷體" w:eastAsia="標楷體" w:hAnsi="標楷體" w:hint="eastAsia"/>
          <w:sz w:val="32"/>
          <w:lang w:eastAsia="zh-TW"/>
        </w:rPr>
        <w:t>月眉糖廠</w:t>
      </w:r>
    </w:p>
    <w:p w:rsidR="00480DF9" w:rsidRDefault="00040278" w:rsidP="00480DF9">
      <w:pPr>
        <w:spacing w:line="0" w:lineRule="atLeast"/>
        <w:rPr>
          <w:rFonts w:ascii="標楷體" w:eastAsia="標楷體" w:hAnsi="標楷體"/>
          <w:sz w:val="32"/>
          <w:lang w:eastAsia="zh-TW"/>
        </w:rPr>
      </w:pPr>
      <w:r w:rsidRPr="00480DF9">
        <w:rPr>
          <w:rFonts w:ascii="標楷體" w:eastAsia="標楷體" w:hAnsi="標楷體"/>
          <w:sz w:val="32"/>
          <w:lang w:eastAsia="zh-TW"/>
        </w:rPr>
        <w:t>四、注意事項</w:t>
      </w:r>
      <w:r w:rsidRPr="00480DF9">
        <w:rPr>
          <w:rFonts w:ascii="標楷體" w:eastAsia="標楷體" w:hAnsi="標楷體"/>
          <w:sz w:val="32"/>
          <w:lang w:eastAsia="zh-TW"/>
        </w:rPr>
        <w:br/>
        <w:t>1. 請穿著輕便服裝與運動鞋，攜帶帽子、防</w:t>
      </w:r>
      <w:proofErr w:type="gramStart"/>
      <w:r w:rsidRPr="00480DF9">
        <w:rPr>
          <w:rFonts w:ascii="標楷體" w:eastAsia="標楷體" w:hAnsi="標楷體"/>
          <w:sz w:val="32"/>
          <w:lang w:eastAsia="zh-TW"/>
        </w:rPr>
        <w:t>曬</w:t>
      </w:r>
      <w:proofErr w:type="gramEnd"/>
      <w:r w:rsidRPr="00480DF9">
        <w:rPr>
          <w:rFonts w:ascii="標楷體" w:eastAsia="標楷體" w:hAnsi="標楷體"/>
          <w:sz w:val="32"/>
          <w:lang w:eastAsia="zh-TW"/>
        </w:rPr>
        <w:t>用品及水壺。</w:t>
      </w:r>
      <w:r w:rsidRPr="00480DF9">
        <w:rPr>
          <w:rFonts w:ascii="標楷體" w:eastAsia="標楷體" w:hAnsi="標楷體"/>
          <w:sz w:val="32"/>
          <w:lang w:eastAsia="zh-TW"/>
        </w:rPr>
        <w:br/>
        <w:t>2. 活動全程戶外進行，請自備雨具以防天候不佳。</w:t>
      </w:r>
      <w:r w:rsidRPr="00480DF9">
        <w:rPr>
          <w:rFonts w:ascii="標楷體" w:eastAsia="標楷體" w:hAnsi="標楷體"/>
          <w:sz w:val="32"/>
          <w:lang w:eastAsia="zh-TW"/>
        </w:rPr>
        <w:br/>
        <w:t>3. 活動提供保險，請勿攜帶貴重物品。</w:t>
      </w:r>
      <w:r w:rsidRPr="00480DF9">
        <w:rPr>
          <w:rFonts w:ascii="標楷體" w:eastAsia="標楷體" w:hAnsi="標楷體"/>
          <w:sz w:val="32"/>
          <w:lang w:eastAsia="zh-TW"/>
        </w:rPr>
        <w:br/>
        <w:t>4. 若有特殊飲食需求或身體不適，請事先告知工作人員。</w:t>
      </w:r>
      <w:r w:rsidRPr="00480DF9">
        <w:rPr>
          <w:rFonts w:ascii="標楷體" w:eastAsia="標楷體" w:hAnsi="標楷體"/>
          <w:sz w:val="32"/>
          <w:lang w:eastAsia="zh-TW"/>
        </w:rPr>
        <w:br/>
      </w:r>
      <w:r w:rsidRPr="00480DF9">
        <w:rPr>
          <w:rFonts w:ascii="標楷體" w:eastAsia="標楷體" w:hAnsi="標楷體"/>
          <w:sz w:val="32"/>
          <w:lang w:eastAsia="zh-TW"/>
        </w:rPr>
        <w:br/>
        <w:t>五、聯絡方式</w:t>
      </w:r>
      <w:r w:rsidRPr="00480DF9">
        <w:rPr>
          <w:rFonts w:ascii="標楷體" w:eastAsia="標楷體" w:hAnsi="標楷體"/>
          <w:sz w:val="32"/>
          <w:lang w:eastAsia="zh-TW"/>
        </w:rPr>
        <w:br/>
      </w:r>
      <w:r w:rsidRPr="00480DF9">
        <w:rPr>
          <w:rFonts w:ascii="Segoe UI Emoji" w:eastAsia="標楷體" w:hAnsi="Segoe UI Emoji" w:cs="Segoe UI Emoji"/>
          <w:sz w:val="32"/>
          <w:lang w:eastAsia="zh-TW"/>
        </w:rPr>
        <w:t>📞</w:t>
      </w:r>
      <w:r w:rsidRPr="00480DF9">
        <w:rPr>
          <w:rFonts w:ascii="標楷體" w:eastAsia="標楷體" w:hAnsi="標楷體"/>
          <w:sz w:val="32"/>
          <w:lang w:eastAsia="zh-TW"/>
        </w:rPr>
        <w:t xml:space="preserve"> 山陽國小（承辦人）：</w:t>
      </w:r>
      <w:r w:rsidR="00480DF9" w:rsidRPr="00480DF9">
        <w:rPr>
          <w:rFonts w:ascii="標楷體" w:eastAsia="標楷體" w:hAnsi="標楷體" w:hint="eastAsia"/>
          <w:sz w:val="32"/>
          <w:lang w:eastAsia="zh-TW"/>
        </w:rPr>
        <w:t xml:space="preserve">趙家宏 </w:t>
      </w:r>
      <w:r w:rsidR="00480DF9" w:rsidRPr="00480DF9">
        <w:rPr>
          <w:rFonts w:ascii="標楷體" w:eastAsia="標楷體" w:hAnsi="標楷體"/>
          <w:sz w:val="32"/>
          <w:lang w:eastAsia="zh-TW"/>
        </w:rPr>
        <w:t xml:space="preserve"> 0934</w:t>
      </w:r>
      <w:r w:rsidR="00871C0D">
        <w:rPr>
          <w:rFonts w:ascii="標楷體" w:eastAsia="標楷體" w:hAnsi="標楷體"/>
          <w:sz w:val="32"/>
          <w:lang w:eastAsia="zh-TW"/>
        </w:rPr>
        <w:t>-</w:t>
      </w:r>
      <w:r w:rsidR="00480DF9" w:rsidRPr="00480DF9">
        <w:rPr>
          <w:rFonts w:ascii="標楷體" w:eastAsia="標楷體" w:hAnsi="標楷體"/>
          <w:sz w:val="32"/>
          <w:lang w:eastAsia="zh-TW"/>
        </w:rPr>
        <w:t>022758</w:t>
      </w:r>
    </w:p>
    <w:p w:rsidR="00480DF9" w:rsidRPr="00871C0D" w:rsidRDefault="00480DF9" w:rsidP="00480DF9">
      <w:pPr>
        <w:spacing w:line="0" w:lineRule="atLeast"/>
        <w:rPr>
          <w:rFonts w:ascii="標楷體" w:eastAsia="標楷體" w:hAnsi="標楷體"/>
          <w:sz w:val="32"/>
          <w:lang w:eastAsia="zh-TW"/>
        </w:rPr>
      </w:pPr>
    </w:p>
    <w:p w:rsidR="00841243" w:rsidRPr="00480DF9" w:rsidRDefault="00040278" w:rsidP="00040278">
      <w:pPr>
        <w:spacing w:line="0" w:lineRule="atLeast"/>
        <w:ind w:right="640"/>
        <w:jc w:val="right"/>
        <w:rPr>
          <w:rFonts w:ascii="標楷體" w:eastAsia="標楷體" w:hAnsi="標楷體"/>
          <w:sz w:val="32"/>
          <w:lang w:eastAsia="zh-TW"/>
        </w:rPr>
      </w:pPr>
      <w:r w:rsidRPr="00480DF9">
        <w:rPr>
          <w:rFonts w:ascii="標楷體" w:eastAsia="標楷體" w:hAnsi="標楷體"/>
          <w:sz w:val="32"/>
          <w:lang w:eastAsia="zh-TW"/>
        </w:rPr>
        <w:br/>
      </w:r>
      <w:proofErr w:type="gramStart"/>
      <w:r w:rsidRPr="00480DF9">
        <w:rPr>
          <w:rFonts w:ascii="標楷體" w:eastAsia="標楷體" w:hAnsi="標楷體"/>
          <w:sz w:val="32"/>
          <w:lang w:eastAsia="zh-TW"/>
        </w:rPr>
        <w:t>臺</w:t>
      </w:r>
      <w:proofErr w:type="gramEnd"/>
      <w:r w:rsidRPr="00480DF9">
        <w:rPr>
          <w:rFonts w:ascii="標楷體" w:eastAsia="標楷體" w:hAnsi="標楷體"/>
          <w:sz w:val="32"/>
          <w:lang w:eastAsia="zh-TW"/>
        </w:rPr>
        <w:t>中市</w:t>
      </w:r>
      <w:proofErr w:type="gramStart"/>
      <w:r w:rsidRPr="00480DF9">
        <w:rPr>
          <w:rFonts w:ascii="標楷體" w:eastAsia="標楷體" w:hAnsi="標楷體"/>
          <w:sz w:val="32"/>
          <w:lang w:eastAsia="zh-TW"/>
        </w:rPr>
        <w:t>大肚區山陽國</w:t>
      </w:r>
      <w:proofErr w:type="gramEnd"/>
      <w:r w:rsidRPr="00480DF9">
        <w:rPr>
          <w:rFonts w:ascii="標楷體" w:eastAsia="標楷體" w:hAnsi="標楷體"/>
          <w:sz w:val="32"/>
          <w:lang w:eastAsia="zh-TW"/>
        </w:rPr>
        <w:t xml:space="preserve">民小學 </w:t>
      </w:r>
      <w:r w:rsidR="00480DF9" w:rsidRPr="00480DF9">
        <w:rPr>
          <w:rFonts w:ascii="標楷體" w:eastAsia="標楷體" w:hAnsi="標楷體" w:hint="eastAsia"/>
          <w:sz w:val="32"/>
          <w:lang w:eastAsia="zh-TW"/>
        </w:rPr>
        <w:t>輔導處</w:t>
      </w:r>
      <w:r w:rsidRPr="00480DF9">
        <w:rPr>
          <w:rFonts w:ascii="標楷體" w:eastAsia="標楷體" w:hAnsi="標楷體"/>
          <w:sz w:val="32"/>
          <w:lang w:eastAsia="zh-TW"/>
        </w:rPr>
        <w:t>敬啟</w:t>
      </w:r>
      <w:r w:rsidRPr="00480DF9">
        <w:rPr>
          <w:rFonts w:ascii="標楷體" w:eastAsia="標楷體" w:hAnsi="標楷體"/>
          <w:sz w:val="32"/>
          <w:lang w:eastAsia="zh-TW"/>
        </w:rPr>
        <w:br/>
        <w:t>11</w:t>
      </w:r>
      <w:r w:rsidR="00D03555">
        <w:rPr>
          <w:rFonts w:ascii="標楷體" w:eastAsia="標楷體" w:hAnsi="標楷體"/>
          <w:sz w:val="32"/>
          <w:lang w:eastAsia="zh-TW"/>
        </w:rPr>
        <w:t>5</w:t>
      </w:r>
      <w:r w:rsidRPr="00480DF9">
        <w:rPr>
          <w:rFonts w:ascii="標楷體" w:eastAsia="標楷體" w:hAnsi="標楷體"/>
          <w:sz w:val="32"/>
          <w:lang w:eastAsia="zh-TW"/>
        </w:rPr>
        <w:t>年</w:t>
      </w:r>
      <w:r w:rsidR="00D03555">
        <w:rPr>
          <w:rFonts w:ascii="標楷體" w:eastAsia="標楷體" w:hAnsi="標楷體" w:hint="eastAsia"/>
          <w:sz w:val="32"/>
          <w:lang w:eastAsia="zh-TW"/>
        </w:rPr>
        <w:t>9</w:t>
      </w:r>
      <w:r w:rsidRPr="00480DF9">
        <w:rPr>
          <w:rFonts w:ascii="標楷體" w:eastAsia="標楷體" w:hAnsi="標楷體"/>
          <w:sz w:val="32"/>
          <w:lang w:eastAsia="zh-TW"/>
        </w:rPr>
        <w:t>月</w:t>
      </w:r>
      <w:r w:rsidR="00D03555">
        <w:rPr>
          <w:rFonts w:ascii="標楷體" w:eastAsia="標楷體" w:hAnsi="標楷體" w:hint="eastAsia"/>
          <w:sz w:val="32"/>
          <w:lang w:eastAsia="zh-TW"/>
        </w:rPr>
        <w:t>3</w:t>
      </w:r>
      <w:r w:rsidR="00D03555">
        <w:rPr>
          <w:rFonts w:ascii="標楷體" w:eastAsia="標楷體" w:hAnsi="標楷體"/>
          <w:sz w:val="32"/>
          <w:lang w:eastAsia="zh-TW"/>
        </w:rPr>
        <w:t>0</w:t>
      </w:r>
      <w:r w:rsidR="00480DF9" w:rsidRPr="00480DF9">
        <w:rPr>
          <w:rFonts w:ascii="標楷體" w:eastAsia="標楷體" w:hAnsi="標楷體" w:hint="eastAsia"/>
          <w:sz w:val="32"/>
          <w:lang w:eastAsia="zh-TW"/>
        </w:rPr>
        <w:t>日</w:t>
      </w:r>
      <w:r w:rsidRPr="00480DF9">
        <w:rPr>
          <w:rFonts w:ascii="標楷體" w:eastAsia="標楷體" w:hAnsi="標楷體"/>
          <w:sz w:val="32"/>
          <w:lang w:eastAsia="zh-TW"/>
        </w:rPr>
        <w:br/>
      </w:r>
      <w:bookmarkStart w:id="0" w:name="_GoBack"/>
      <w:bookmarkEnd w:id="0"/>
    </w:p>
    <w:sectPr w:rsidR="00841243" w:rsidRPr="00480DF9" w:rsidSect="00480DF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278"/>
    <w:rsid w:val="0006063C"/>
    <w:rsid w:val="0015074B"/>
    <w:rsid w:val="0029639D"/>
    <w:rsid w:val="00326F90"/>
    <w:rsid w:val="00480DF9"/>
    <w:rsid w:val="00841243"/>
    <w:rsid w:val="00871C0D"/>
    <w:rsid w:val="008F28E3"/>
    <w:rsid w:val="00AA1D8D"/>
    <w:rsid w:val="00AF3E66"/>
    <w:rsid w:val="00B47730"/>
    <w:rsid w:val="00CB0664"/>
    <w:rsid w:val="00D03555"/>
    <w:rsid w:val="00D203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907AC"/>
  <w14:defaultImageDpi w14:val="300"/>
  <w15:docId w15:val="{ACDD9506-4853-4253-A629-63DA870E3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5F804A-D545-4920-B14E-8073CF03A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2026-09-30T10:07:00Z</dcterms:created>
  <dcterms:modified xsi:type="dcterms:W3CDTF">2026-10-05T06:15:00Z</dcterms:modified>
  <cp:category/>
</cp:coreProperties>
</file>